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126D" w:rsidRDefault="005D5F05">
      <w:pPr>
        <w:spacing w:after="80"/>
      </w:pPr>
      <w:r>
        <w:rPr>
          <w:noProof/>
          <w:lang w:val="fr-FR" w:eastAsia="fr-FR"/>
        </w:rPr>
        <w:drawing>
          <wp:inline distT="0" distB="0" distL="0" distR="0">
            <wp:extent cx="2390775" cy="1025135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25864" cy="1040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5"/>
        <w:gridCol w:w="10548"/>
        <w:gridCol w:w="13"/>
      </w:tblGrid>
      <w:tr w:rsidR="0072126D">
        <w:trPr>
          <w:gridAfter w:val="1"/>
          <w:wAfter w:w="20" w:type="dxa"/>
          <w:jc w:val="center"/>
        </w:trPr>
        <w:tc>
          <w:tcPr>
            <w:tcW w:w="10596" w:type="dxa"/>
            <w:gridSpan w:val="2"/>
            <w:tcBorders>
              <w:top w:val="single" w:sz="8" w:space="0" w:color="CBD5E1"/>
              <w:left w:val="single" w:sz="8" w:space="0" w:color="CBD5E1"/>
              <w:bottom w:val="single" w:sz="8" w:space="0" w:color="CBD5E1"/>
              <w:right w:val="single" w:sz="8" w:space="0" w:color="CBD5E1"/>
            </w:tcBorders>
            <w:shd w:val="clear" w:color="auto" w:fill="F8FAFC"/>
            <w:tcMar>
              <w:top w:w="160" w:type="dxa"/>
              <w:left w:w="200" w:type="dxa"/>
              <w:bottom w:w="160" w:type="dxa"/>
              <w:right w:w="200" w:type="dxa"/>
            </w:tcMar>
          </w:tcPr>
          <w:p w:rsidR="0072126D" w:rsidRDefault="005D5F05">
            <w:pPr>
              <w:pBdr>
                <w:bottom w:val="single" w:sz="12" w:space="1" w:color="2563EB"/>
              </w:pBdr>
              <w:spacing w:after="40"/>
              <w:jc w:val="center"/>
            </w:pPr>
            <w:r>
              <w:rPr>
                <w:b/>
                <w:color w:val="334155"/>
                <w:sz w:val="29"/>
              </w:rPr>
              <w:t>PROJET DE VOYAGE PÉDAGOGIQUE ET CULTUREL À [DESTINATION]</w:t>
            </w:r>
          </w:p>
          <w:p w:rsidR="0072126D" w:rsidRDefault="005D5F05">
            <w:pPr>
              <w:spacing w:after="20"/>
              <w:jc w:val="center"/>
            </w:pPr>
            <w:r>
              <w:rPr>
                <w:b/>
                <w:color w:val="475569"/>
                <w:sz w:val="21"/>
              </w:rPr>
              <w:t>[NIVEAU(X) / CLASSE(S) / ENSEIGNEMENT(S) CONCERNÉ(S)]</w:t>
            </w:r>
          </w:p>
          <w:p w:rsidR="0072126D" w:rsidRDefault="005D5F05">
            <w:pPr>
              <w:spacing w:after="20"/>
              <w:jc w:val="center"/>
            </w:pPr>
            <w:r>
              <w:rPr>
                <w:b/>
                <w:color w:val="0F766E"/>
                <w:sz w:val="21"/>
              </w:rPr>
              <w:t>en [PÉRIODE / DATES ENVISAGÉES]</w:t>
            </w:r>
          </w:p>
          <w:p w:rsidR="0072126D" w:rsidRDefault="005D5F05">
            <w:pPr>
              <w:spacing w:after="0"/>
              <w:jc w:val="center"/>
            </w:pPr>
            <w:r>
              <w:rPr>
                <w:i/>
                <w:color w:val="475569"/>
                <w:sz w:val="18"/>
              </w:rPr>
              <w:t>Document à compléter par l’équipe pédagogique</w:t>
            </w:r>
          </w:p>
        </w:tc>
      </w:tr>
      <w:tr w:rsidR="0072126D">
        <w:trPr>
          <w:gridBefore w:val="1"/>
          <w:wBefore w:w="20" w:type="dxa"/>
          <w:jc w:val="center"/>
        </w:trPr>
        <w:tc>
          <w:tcPr>
            <w:tcW w:w="10596" w:type="dxa"/>
            <w:gridSpan w:val="2"/>
            <w:tcBorders>
              <w:top w:val="single" w:sz="6" w:space="0" w:color="CBD5E1"/>
              <w:left w:val="single" w:sz="6" w:space="0" w:color="CBD5E1"/>
              <w:bottom w:val="single" w:sz="6" w:space="0" w:color="CBD5E1"/>
              <w:right w:val="single" w:sz="6" w:space="0" w:color="CBD5E1"/>
            </w:tcBorders>
            <w:shd w:val="clear" w:color="auto" w:fill="334155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:rsidR="0072126D" w:rsidRDefault="005D5F05">
            <w:pPr>
              <w:keepNext/>
              <w:spacing w:after="0"/>
            </w:pPr>
            <w:proofErr w:type="spellStart"/>
            <w:r>
              <w:rPr>
                <w:b/>
                <w:color w:val="FFFFFF"/>
                <w:sz w:val="23"/>
              </w:rPr>
              <w:t>Projet</w:t>
            </w:r>
            <w:proofErr w:type="spellEnd"/>
            <w:r>
              <w:rPr>
                <w:b/>
                <w:color w:val="FFFFFF"/>
                <w:sz w:val="23"/>
              </w:rPr>
              <w:t xml:space="preserve"> </w:t>
            </w:r>
            <w:proofErr w:type="spellStart"/>
            <w:r>
              <w:rPr>
                <w:b/>
                <w:color w:val="FFFFFF"/>
                <w:sz w:val="23"/>
              </w:rPr>
              <w:t>pédagogique</w:t>
            </w:r>
            <w:proofErr w:type="spellEnd"/>
          </w:p>
        </w:tc>
      </w:tr>
      <w:tr w:rsidR="0072126D">
        <w:trPr>
          <w:gridBefore w:val="1"/>
          <w:wBefore w:w="20" w:type="dxa"/>
          <w:jc w:val="center"/>
        </w:trPr>
        <w:tc>
          <w:tcPr>
            <w:tcW w:w="10596" w:type="dxa"/>
            <w:gridSpan w:val="2"/>
            <w:tcBorders>
              <w:top w:val="single" w:sz="6" w:space="0" w:color="CBD5E1"/>
              <w:left w:val="single" w:sz="6" w:space="0" w:color="CBD5E1"/>
              <w:bottom w:val="single" w:sz="6" w:space="0" w:color="CBD5E1"/>
              <w:right w:val="single" w:sz="6" w:space="0" w:color="CBD5E1"/>
            </w:tcBorders>
            <w:shd w:val="clear" w:color="auto" w:fill="EFF6FF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:rsidR="0072126D" w:rsidRDefault="005D5F05">
            <w:pPr>
              <w:spacing w:after="80"/>
            </w:pPr>
            <w:r>
              <w:rPr>
                <w:i/>
                <w:color w:val="475569"/>
                <w:sz w:val="19"/>
              </w:rPr>
              <w:t xml:space="preserve">Présenter ici le projet pédagogique du </w:t>
            </w:r>
            <w:r>
              <w:rPr>
                <w:i/>
                <w:color w:val="475569"/>
                <w:sz w:val="19"/>
              </w:rPr>
              <w:t>voyage : objectifs, lien avec les programmes, intérêt pour les élèves, exploitation prévue en classe.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</w:tc>
      </w:tr>
      <w:tr w:rsidR="0072126D">
        <w:trPr>
          <w:gridBefore w:val="1"/>
          <w:wBefore w:w="20" w:type="dxa"/>
          <w:jc w:val="center"/>
        </w:trPr>
        <w:tc>
          <w:tcPr>
            <w:tcW w:w="10596" w:type="dxa"/>
            <w:gridSpan w:val="2"/>
            <w:tcBorders>
              <w:top w:val="single" w:sz="6" w:space="0" w:color="CBD5E1"/>
              <w:left w:val="single" w:sz="6" w:space="0" w:color="CBD5E1"/>
              <w:bottom w:val="single" w:sz="6" w:space="0" w:color="CBD5E1"/>
              <w:right w:val="single" w:sz="6" w:space="0" w:color="CBD5E1"/>
            </w:tcBorders>
            <w:shd w:val="clear" w:color="auto" w:fill="334155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:rsidR="0072126D" w:rsidRDefault="005D5F05">
            <w:pPr>
              <w:keepNext/>
              <w:spacing w:after="0"/>
            </w:pPr>
            <w:proofErr w:type="spellStart"/>
            <w:r>
              <w:rPr>
                <w:b/>
                <w:color w:val="FFFFFF"/>
                <w:sz w:val="23"/>
              </w:rPr>
              <w:t>Compléments</w:t>
            </w:r>
            <w:proofErr w:type="spellEnd"/>
            <w:r>
              <w:rPr>
                <w:b/>
                <w:color w:val="FFFFFF"/>
                <w:sz w:val="23"/>
              </w:rPr>
              <w:t xml:space="preserve"> </w:t>
            </w:r>
            <w:proofErr w:type="spellStart"/>
            <w:r>
              <w:rPr>
                <w:b/>
                <w:color w:val="FFFFFF"/>
                <w:sz w:val="23"/>
              </w:rPr>
              <w:t>d’information</w:t>
            </w:r>
            <w:proofErr w:type="spellEnd"/>
          </w:p>
        </w:tc>
      </w:tr>
      <w:tr w:rsidR="0072126D">
        <w:trPr>
          <w:gridBefore w:val="1"/>
          <w:wBefore w:w="20" w:type="dxa"/>
          <w:jc w:val="center"/>
        </w:trPr>
        <w:tc>
          <w:tcPr>
            <w:tcW w:w="10596" w:type="dxa"/>
            <w:gridSpan w:val="2"/>
            <w:tcBorders>
              <w:top w:val="single" w:sz="6" w:space="0" w:color="CBD5E1"/>
              <w:left w:val="single" w:sz="6" w:space="0" w:color="CBD5E1"/>
              <w:bottom w:val="single" w:sz="6" w:space="0" w:color="CBD5E1"/>
              <w:right w:val="single" w:sz="6" w:space="0" w:color="CBD5E1"/>
            </w:tcBorders>
            <w:shd w:val="clear" w:color="auto" w:fill="F8FAFC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:rsidR="0072126D" w:rsidRDefault="005D5F05">
            <w:pPr>
              <w:spacing w:before="40" w:after="40"/>
            </w:pPr>
            <w:r>
              <w:rPr>
                <w:b/>
                <w:color w:val="334155"/>
                <w:sz w:val="19"/>
              </w:rPr>
              <w:t>- Nombre d’élèves et nombre d’accompagnateurs :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spacing w:before="40" w:after="40"/>
            </w:pPr>
            <w:r>
              <w:rPr>
                <w:b/>
                <w:color w:val="334155"/>
                <w:sz w:val="19"/>
              </w:rPr>
              <w:t>- Dates exactes :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spacing w:before="40" w:after="40"/>
            </w:pPr>
            <w:r>
              <w:rPr>
                <w:b/>
                <w:color w:val="334155"/>
                <w:sz w:val="19"/>
              </w:rPr>
              <w:t>- Activités ou lieux de visite choisis par jour : cf. pré-programme ci-dessus / à compléter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spacing w:before="40" w:after="40"/>
            </w:pPr>
            <w:r>
              <w:rPr>
                <w:b/>
                <w:color w:val="334155"/>
                <w:sz w:val="19"/>
              </w:rPr>
              <w:t>- Détail des prestations souhaitées :</w:t>
            </w:r>
          </w:p>
          <w:p w:rsidR="0072126D" w:rsidRDefault="005D5F05">
            <w:pPr>
              <w:spacing w:before="40" w:after="40"/>
            </w:pPr>
            <w:r>
              <w:rPr>
                <w:b/>
                <w:color w:val="334155"/>
                <w:sz w:val="19"/>
              </w:rPr>
              <w:t>-&gt; mode d’hébergement :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spacing w:before="40" w:after="40"/>
            </w:pPr>
            <w:r>
              <w:rPr>
                <w:b/>
                <w:color w:val="334155"/>
                <w:sz w:val="19"/>
              </w:rPr>
              <w:t>-&gt; organisation des repas :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spacing w:before="40" w:after="40"/>
            </w:pPr>
            <w:r>
              <w:rPr>
                <w:b/>
                <w:color w:val="334155"/>
                <w:sz w:val="19"/>
              </w:rPr>
              <w:t>- Véhicules nécessaires :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spacing w:before="120" w:after="80"/>
            </w:pPr>
            <w:r>
              <w:rPr>
                <w:sz w:val="19"/>
              </w:rPr>
              <w:t>Pour l’équipe pédagogique,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  <w:p w:rsidR="0072126D" w:rsidRDefault="005D5F05">
            <w:pPr>
              <w:tabs>
                <w:tab w:val="right" w:leader="dot" w:pos="10205"/>
              </w:tabs>
              <w:spacing w:after="20" w:line="216" w:lineRule="auto"/>
            </w:pPr>
            <w:r>
              <w:rPr>
                <w:color w:val="465A78"/>
              </w:rPr>
              <w:tab/>
              <w:t>.</w:t>
            </w:r>
          </w:p>
        </w:tc>
      </w:tr>
    </w:tbl>
    <w:p w:rsidR="0072126D" w:rsidRDefault="0072126D" w:rsidP="00E11F52">
      <w:pPr>
        <w:spacing w:after="100"/>
      </w:pPr>
    </w:p>
    <w:sectPr w:rsidR="0072126D" w:rsidSect="00034616">
      <w:footerReference w:type="default" r:id="rId9"/>
      <w:pgSz w:w="12240" w:h="15840"/>
      <w:pgMar w:top="709" w:right="822" w:bottom="709" w:left="822" w:header="283" w:footer="28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5F05" w:rsidRDefault="005D5F05">
      <w:pPr>
        <w:spacing w:after="0" w:line="240" w:lineRule="auto"/>
      </w:pPr>
      <w:r>
        <w:separator/>
      </w:r>
    </w:p>
  </w:endnote>
  <w:endnote w:type="continuationSeparator" w:id="0">
    <w:p w:rsidR="005D5F05" w:rsidRDefault="005D5F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126D" w:rsidRDefault="005D5F05">
    <w:pPr>
      <w:pStyle w:val="Pieddepage"/>
      <w:jc w:val="center"/>
    </w:pPr>
    <w:r>
      <w:rPr>
        <w:color w:val="475569"/>
        <w:sz w:val="17"/>
      </w:rPr>
      <w:t>Kit voyage – trame vierge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5F05" w:rsidRDefault="005D5F05">
      <w:pPr>
        <w:spacing w:after="0" w:line="240" w:lineRule="auto"/>
      </w:pPr>
      <w:r>
        <w:separator/>
      </w:r>
    </w:p>
  </w:footnote>
  <w:footnote w:type="continuationSeparator" w:id="0">
    <w:p w:rsidR="005D5F05" w:rsidRDefault="005D5F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5D5F05"/>
    <w:rsid w:val="0072126D"/>
    <w:rsid w:val="00AA1D8D"/>
    <w:rsid w:val="00B47730"/>
    <w:rsid w:val="00CB0664"/>
    <w:rsid w:val="00E11F52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29884A"/>
  <w14:defaultImageDpi w14:val="300"/>
  <w15:docId w15:val="{AF27F279-292A-4D7C-8B08-34096D334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3F"/>
    <w:rPr>
      <w:rFonts w:ascii="Arial" w:eastAsia="Arial" w:hAnsi="Arial"/>
      <w:color w:val="0F172A"/>
      <w:sz w:val="20"/>
    </w:rPr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Emphasepl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Emphase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pl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B35DB72-1997-4663-8C77-47A9E8D1C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645</Characters>
  <Application>Microsoft Office Word</Application>
  <DocSecurity>0</DocSecurity>
  <Lines>5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761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solvance</cp:lastModifiedBy>
  <cp:revision>2</cp:revision>
  <dcterms:created xsi:type="dcterms:W3CDTF">2026-07-06T06:29:00Z</dcterms:created>
  <dcterms:modified xsi:type="dcterms:W3CDTF">2026-07-06T06:29:00Z</dcterms:modified>
  <cp:category/>
</cp:coreProperties>
</file>