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431" w:rsidRDefault="00CE4737">
      <w:pPr>
        <w:spacing w:after="80"/>
      </w:pPr>
      <w:r>
        <w:rPr>
          <w:noProof/>
          <w:lang w:val="fr-FR" w:eastAsia="fr-FR"/>
        </w:rPr>
        <w:drawing>
          <wp:inline distT="0" distB="0" distL="0" distR="0">
            <wp:extent cx="3060000" cy="131209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060000" cy="1312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19"/>
        <w:gridCol w:w="10537"/>
        <w:gridCol w:w="20"/>
      </w:tblGrid>
      <w:tr w:rsidR="00E24431">
        <w:trPr>
          <w:gridAfter w:val="1"/>
          <w:wAfter w:w="20" w:type="dxa"/>
          <w:jc w:val="center"/>
        </w:trPr>
        <w:tc>
          <w:tcPr>
            <w:tcW w:w="10596" w:type="dxa"/>
            <w:gridSpan w:val="2"/>
            <w:tcBorders>
              <w:top w:val="single" w:sz="8" w:space="0" w:color="CBD5E1"/>
              <w:left w:val="single" w:sz="8" w:space="0" w:color="CBD5E1"/>
              <w:bottom w:val="single" w:sz="8" w:space="0" w:color="CBD5E1"/>
              <w:right w:val="single" w:sz="8" w:space="0" w:color="CBD5E1"/>
            </w:tcBorders>
            <w:shd w:val="clear" w:color="auto" w:fill="F8FAFC"/>
            <w:tcMar>
              <w:top w:w="160" w:type="dxa"/>
              <w:left w:w="200" w:type="dxa"/>
              <w:bottom w:w="160" w:type="dxa"/>
              <w:right w:w="200" w:type="dxa"/>
            </w:tcMar>
          </w:tcPr>
          <w:p w:rsidR="00E24431" w:rsidRDefault="00CE4737">
            <w:pPr>
              <w:pBdr>
                <w:bottom w:val="single" w:sz="12" w:space="1" w:color="2563EB"/>
              </w:pBdr>
              <w:spacing w:after="40"/>
              <w:jc w:val="center"/>
            </w:pPr>
            <w:r>
              <w:rPr>
                <w:b/>
                <w:color w:val="334155"/>
                <w:sz w:val="29"/>
              </w:rPr>
              <w:t>PROJET DE VOYAGE PÉDAGOGIQUE ET CULTUREL À [DESTINATION]</w:t>
            </w:r>
          </w:p>
          <w:p w:rsidR="00E24431" w:rsidRDefault="00CE4737">
            <w:pPr>
              <w:spacing w:after="20"/>
              <w:jc w:val="center"/>
            </w:pPr>
            <w:r>
              <w:rPr>
                <w:b/>
                <w:color w:val="475569"/>
                <w:sz w:val="21"/>
              </w:rPr>
              <w:t>[NIVEAU(X) / CLASSE(S) / ENSEIGNEMENT(S) CONCERNÉ(S)]</w:t>
            </w:r>
          </w:p>
          <w:p w:rsidR="00E24431" w:rsidRDefault="00CE4737">
            <w:pPr>
              <w:spacing w:after="20"/>
              <w:jc w:val="center"/>
            </w:pPr>
            <w:r>
              <w:rPr>
                <w:b/>
                <w:color w:val="0F766E"/>
                <w:sz w:val="21"/>
              </w:rPr>
              <w:t>en [PÉRIODE / DATES ENVISAGÉES]</w:t>
            </w:r>
          </w:p>
          <w:p w:rsidR="00E24431" w:rsidRDefault="00CE4737">
            <w:pPr>
              <w:spacing w:after="0"/>
              <w:jc w:val="center"/>
            </w:pPr>
            <w:r>
              <w:rPr>
                <w:i/>
                <w:color w:val="475569"/>
                <w:sz w:val="18"/>
              </w:rPr>
              <w:t>Document à compléter par l’équipe pédagogique</w:t>
            </w:r>
          </w:p>
        </w:tc>
      </w:tr>
      <w:tr w:rsidR="00E24431">
        <w:trPr>
          <w:gridBefore w:val="1"/>
          <w:wBefore w:w="20" w:type="dxa"/>
          <w:jc w:val="center"/>
        </w:trPr>
        <w:tc>
          <w:tcPr>
            <w:tcW w:w="10596" w:type="dxa"/>
            <w:gridSpan w:val="2"/>
            <w:tcBorders>
              <w:top w:val="single" w:sz="6" w:space="0" w:color="CBD5E1"/>
              <w:left w:val="single" w:sz="6" w:space="0" w:color="CBD5E1"/>
              <w:bottom w:val="single" w:sz="6" w:space="0" w:color="CBD5E1"/>
              <w:right w:val="single" w:sz="6" w:space="0" w:color="CBD5E1"/>
            </w:tcBorders>
            <w:shd w:val="clear" w:color="auto" w:fill="334155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:rsidR="00E24431" w:rsidRDefault="00CE4737">
            <w:pPr>
              <w:keepNext/>
              <w:spacing w:after="0"/>
            </w:pPr>
            <w:proofErr w:type="spellStart"/>
            <w:r>
              <w:rPr>
                <w:b/>
                <w:color w:val="FFFFFF"/>
                <w:sz w:val="23"/>
              </w:rPr>
              <w:t>Pré-programme</w:t>
            </w:r>
            <w:proofErr w:type="spellEnd"/>
          </w:p>
        </w:tc>
      </w:tr>
      <w:tr w:rsidR="00E24431">
        <w:trPr>
          <w:gridBefore w:val="1"/>
          <w:wBefore w:w="20" w:type="dxa"/>
          <w:jc w:val="center"/>
        </w:trPr>
        <w:tc>
          <w:tcPr>
            <w:tcW w:w="10596" w:type="dxa"/>
            <w:gridSpan w:val="2"/>
            <w:tcBorders>
              <w:top w:val="single" w:sz="6" w:space="0" w:color="CBD5E1"/>
              <w:left w:val="single" w:sz="6" w:space="0" w:color="CBD5E1"/>
              <w:bottom w:val="single" w:sz="6" w:space="0" w:color="CBD5E1"/>
              <w:right w:val="single" w:sz="6" w:space="0" w:color="CBD5E1"/>
            </w:tcBorders>
            <w:shd w:val="clear" w:color="auto" w:fill="F0FD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:rsidR="00E24431" w:rsidRDefault="00CE4737">
            <w:pPr>
              <w:spacing w:before="40" w:after="40"/>
              <w:rPr>
                <w:b/>
                <w:color w:val="0F766E"/>
                <w:sz w:val="19"/>
              </w:rPr>
            </w:pPr>
            <w:bookmarkStart w:id="0" w:name="_GoBack"/>
            <w:r>
              <w:rPr>
                <w:b/>
                <w:color w:val="0F766E"/>
                <w:sz w:val="19"/>
              </w:rPr>
              <w:t xml:space="preserve">Départ : [À </w:t>
            </w:r>
            <w:proofErr w:type="spellStart"/>
            <w:r>
              <w:rPr>
                <w:b/>
                <w:color w:val="0F766E"/>
                <w:sz w:val="19"/>
              </w:rPr>
              <w:t>compléter</w:t>
            </w:r>
            <w:proofErr w:type="spellEnd"/>
            <w:r>
              <w:rPr>
                <w:b/>
                <w:color w:val="0F766E"/>
                <w:sz w:val="19"/>
              </w:rPr>
              <w:t>]</w:t>
            </w:r>
            <w:r w:rsidR="000C452F">
              <w:rPr>
                <w:b/>
                <w:color w:val="0F766E"/>
                <w:sz w:val="19"/>
              </w:rPr>
              <w:t xml:space="preserve"> [date / lieu</w:t>
            </w:r>
            <w:r w:rsidR="000C452F">
              <w:rPr>
                <w:b/>
                <w:color w:val="0F766E"/>
                <w:sz w:val="19"/>
              </w:rPr>
              <w:t>]</w:t>
            </w:r>
          </w:p>
          <w:p w:rsidR="000C452F" w:rsidRDefault="000C452F">
            <w:pPr>
              <w:spacing w:before="40" w:after="40"/>
            </w:pPr>
          </w:p>
          <w:p w:rsidR="00E24431" w:rsidRDefault="00CE4737">
            <w:pPr>
              <w:spacing w:before="40" w:after="40"/>
            </w:pPr>
            <w:r>
              <w:rPr>
                <w:b/>
                <w:color w:val="0F766E"/>
                <w:sz w:val="19"/>
              </w:rPr>
              <w:t>Jour 1 : [date / lieu principal à compléter]</w:t>
            </w:r>
          </w:p>
          <w:p w:rsidR="00E24431" w:rsidRDefault="00CE4737">
            <w:pPr>
              <w:pStyle w:val="Listepuces"/>
              <w:tabs>
                <w:tab w:val="right" w:leader="dot" w:pos="10091"/>
              </w:tabs>
              <w:spacing w:after="20"/>
              <w:ind w:left="312" w:hanging="142"/>
            </w:pPr>
            <w:r>
              <w:t xml:space="preserve">Matin : </w:t>
            </w:r>
            <w:r>
              <w:rPr>
                <w:color w:val="465A78"/>
              </w:rPr>
              <w:tab/>
              <w:t>.</w:t>
            </w:r>
          </w:p>
          <w:p w:rsidR="00E24431" w:rsidRDefault="00CE4737">
            <w:pPr>
              <w:pStyle w:val="Listepuces"/>
              <w:tabs>
                <w:tab w:val="right" w:leader="dot" w:pos="10091"/>
              </w:tabs>
              <w:spacing w:after="20"/>
              <w:ind w:left="312" w:hanging="142"/>
            </w:pPr>
            <w:r>
              <w:t xml:space="preserve">Après-midi : </w:t>
            </w:r>
            <w:r>
              <w:rPr>
                <w:color w:val="465A78"/>
              </w:rPr>
              <w:tab/>
              <w:t>.</w:t>
            </w:r>
          </w:p>
          <w:p w:rsidR="00E24431" w:rsidRDefault="00CE4737">
            <w:pPr>
              <w:spacing w:before="40" w:after="40"/>
            </w:pPr>
            <w:r>
              <w:rPr>
                <w:b/>
                <w:color w:val="0F766E"/>
                <w:sz w:val="19"/>
              </w:rPr>
              <w:t xml:space="preserve">Jour 2 : [date </w:t>
            </w:r>
            <w:r>
              <w:rPr>
                <w:b/>
                <w:color w:val="0F766E"/>
                <w:sz w:val="19"/>
              </w:rPr>
              <w:t>/ lieu principal à compléter]</w:t>
            </w:r>
          </w:p>
          <w:p w:rsidR="00E24431" w:rsidRDefault="00CE4737">
            <w:pPr>
              <w:pStyle w:val="Listepuces"/>
              <w:tabs>
                <w:tab w:val="right" w:leader="dot" w:pos="10091"/>
              </w:tabs>
              <w:spacing w:after="20"/>
              <w:ind w:left="312" w:hanging="142"/>
            </w:pPr>
            <w:r>
              <w:t xml:space="preserve">Matin : </w:t>
            </w:r>
            <w:r>
              <w:rPr>
                <w:color w:val="465A78"/>
              </w:rPr>
              <w:tab/>
              <w:t>.</w:t>
            </w:r>
          </w:p>
          <w:p w:rsidR="00E24431" w:rsidRDefault="00CE4737">
            <w:pPr>
              <w:pStyle w:val="Listepuces"/>
              <w:tabs>
                <w:tab w:val="right" w:leader="dot" w:pos="10091"/>
              </w:tabs>
              <w:spacing w:after="20"/>
              <w:ind w:left="312" w:hanging="142"/>
            </w:pPr>
            <w:r>
              <w:t xml:space="preserve">Après-midi : </w:t>
            </w:r>
            <w:r>
              <w:rPr>
                <w:color w:val="465A78"/>
              </w:rPr>
              <w:tab/>
              <w:t>.</w:t>
            </w:r>
          </w:p>
          <w:p w:rsidR="00E24431" w:rsidRDefault="00CE4737">
            <w:pPr>
              <w:spacing w:before="40" w:after="40"/>
            </w:pPr>
            <w:r>
              <w:rPr>
                <w:b/>
                <w:color w:val="0F766E"/>
                <w:sz w:val="19"/>
              </w:rPr>
              <w:t>Jour 3 : [date / lieu principal à compléter]</w:t>
            </w:r>
          </w:p>
          <w:p w:rsidR="00E24431" w:rsidRDefault="00CE4737">
            <w:pPr>
              <w:pStyle w:val="Listepuces"/>
              <w:tabs>
                <w:tab w:val="right" w:leader="dot" w:pos="10091"/>
              </w:tabs>
              <w:spacing w:after="20"/>
              <w:ind w:left="312" w:hanging="142"/>
            </w:pPr>
            <w:r>
              <w:t xml:space="preserve">Matin : </w:t>
            </w:r>
            <w:r>
              <w:rPr>
                <w:color w:val="465A78"/>
              </w:rPr>
              <w:tab/>
              <w:t>.</w:t>
            </w:r>
          </w:p>
          <w:p w:rsidR="00E24431" w:rsidRDefault="00CE4737">
            <w:pPr>
              <w:pStyle w:val="Listepuces"/>
              <w:tabs>
                <w:tab w:val="right" w:leader="dot" w:pos="10091"/>
              </w:tabs>
              <w:spacing w:after="20"/>
              <w:ind w:left="312" w:hanging="142"/>
            </w:pPr>
            <w:r>
              <w:t xml:space="preserve">Après-midi : </w:t>
            </w:r>
            <w:r>
              <w:rPr>
                <w:color w:val="465A78"/>
              </w:rPr>
              <w:tab/>
              <w:t>.</w:t>
            </w:r>
          </w:p>
          <w:p w:rsidR="00E24431" w:rsidRDefault="00CE4737">
            <w:pPr>
              <w:spacing w:before="40" w:after="40"/>
            </w:pPr>
            <w:r>
              <w:rPr>
                <w:b/>
                <w:color w:val="0F766E"/>
                <w:sz w:val="19"/>
              </w:rPr>
              <w:t>Jour 4 : [date / lieu principal à compléter]</w:t>
            </w:r>
          </w:p>
          <w:p w:rsidR="00E24431" w:rsidRDefault="00CE4737">
            <w:pPr>
              <w:pStyle w:val="Listepuces"/>
              <w:tabs>
                <w:tab w:val="right" w:leader="dot" w:pos="10091"/>
              </w:tabs>
              <w:spacing w:after="20"/>
              <w:ind w:left="312" w:hanging="142"/>
            </w:pPr>
            <w:r>
              <w:t xml:space="preserve">Matin : </w:t>
            </w:r>
            <w:r>
              <w:rPr>
                <w:color w:val="465A78"/>
              </w:rPr>
              <w:tab/>
              <w:t>.</w:t>
            </w:r>
          </w:p>
          <w:p w:rsidR="00E24431" w:rsidRDefault="00CE4737">
            <w:pPr>
              <w:pStyle w:val="Listepuces"/>
              <w:tabs>
                <w:tab w:val="right" w:leader="dot" w:pos="10091"/>
              </w:tabs>
              <w:spacing w:after="20"/>
              <w:ind w:left="312" w:hanging="142"/>
            </w:pPr>
            <w:r>
              <w:t xml:space="preserve">Après-midi : </w:t>
            </w:r>
            <w:r>
              <w:rPr>
                <w:color w:val="465A78"/>
              </w:rPr>
              <w:tab/>
              <w:t>.</w:t>
            </w:r>
          </w:p>
          <w:p w:rsidR="00E24431" w:rsidRDefault="00E24431">
            <w:pPr>
              <w:spacing w:after="0"/>
            </w:pPr>
          </w:p>
          <w:p w:rsidR="00E24431" w:rsidRDefault="00CE4737">
            <w:pPr>
              <w:spacing w:after="120"/>
            </w:pPr>
            <w:r>
              <w:rPr>
                <w:i/>
                <w:color w:val="475569"/>
                <w:sz w:val="18"/>
              </w:rPr>
              <w:t>Dupliquer pour ajouter des jours.</w:t>
            </w:r>
          </w:p>
          <w:p w:rsidR="00E24431" w:rsidRDefault="00E24431">
            <w:pPr>
              <w:spacing w:after="0"/>
            </w:pPr>
          </w:p>
          <w:p w:rsidR="00E24431" w:rsidRDefault="00CE4737">
            <w:pPr>
              <w:spacing w:before="40" w:after="40"/>
            </w:pPr>
            <w:r>
              <w:rPr>
                <w:b/>
                <w:color w:val="0F766E"/>
                <w:sz w:val="19"/>
              </w:rPr>
              <w:t xml:space="preserve">Retour : [À </w:t>
            </w:r>
            <w:proofErr w:type="spellStart"/>
            <w:r>
              <w:rPr>
                <w:b/>
                <w:color w:val="0F766E"/>
                <w:sz w:val="19"/>
              </w:rPr>
              <w:t>compléter</w:t>
            </w:r>
            <w:proofErr w:type="spellEnd"/>
            <w:r w:rsidR="000C452F">
              <w:rPr>
                <w:b/>
                <w:color w:val="0F766E"/>
                <w:sz w:val="19"/>
              </w:rPr>
              <w:t>] [date / lieu]</w:t>
            </w:r>
          </w:p>
          <w:p w:rsidR="00E24431" w:rsidRDefault="00E24431">
            <w:pPr>
              <w:spacing w:after="0"/>
            </w:pPr>
          </w:p>
        </w:tc>
      </w:tr>
      <w:bookmarkEnd w:id="0"/>
    </w:tbl>
    <w:p w:rsidR="00E24431" w:rsidRDefault="00E24431">
      <w:pPr>
        <w:spacing w:after="100"/>
      </w:pPr>
    </w:p>
    <w:p w:rsidR="00E24431" w:rsidRDefault="00E24431">
      <w:pPr>
        <w:spacing w:after="100"/>
      </w:pPr>
    </w:p>
    <w:sectPr w:rsidR="00E24431" w:rsidSect="00034616">
      <w:footerReference w:type="default" r:id="rId9"/>
      <w:pgSz w:w="12240" w:h="15840"/>
      <w:pgMar w:top="709" w:right="822" w:bottom="709" w:left="822" w:header="283" w:footer="283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E4737" w:rsidRDefault="00CE4737">
      <w:pPr>
        <w:spacing w:after="0" w:line="240" w:lineRule="auto"/>
      </w:pPr>
      <w:r>
        <w:separator/>
      </w:r>
    </w:p>
  </w:endnote>
  <w:endnote w:type="continuationSeparator" w:id="0">
    <w:p w:rsidR="00CE4737" w:rsidRDefault="00CE47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4431" w:rsidRDefault="00CE4737">
    <w:pPr>
      <w:pStyle w:val="Pieddepage"/>
      <w:jc w:val="center"/>
    </w:pPr>
    <w:r>
      <w:rPr>
        <w:color w:val="475569"/>
        <w:sz w:val="17"/>
      </w:rPr>
      <w:t>Kit voyage – trame vierge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E4737" w:rsidRDefault="00CE4737">
      <w:pPr>
        <w:spacing w:after="0" w:line="240" w:lineRule="auto"/>
      </w:pPr>
      <w:r>
        <w:separator/>
      </w:r>
    </w:p>
  </w:footnote>
  <w:footnote w:type="continuationSeparator" w:id="0">
    <w:p w:rsidR="00CE4737" w:rsidRDefault="00CE473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enumros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enumros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epuces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epuces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enumros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epuce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7730"/>
    <w:rsid w:val="00034616"/>
    <w:rsid w:val="0006063C"/>
    <w:rsid w:val="000C452F"/>
    <w:rsid w:val="0015074B"/>
    <w:rsid w:val="0029639D"/>
    <w:rsid w:val="00326F90"/>
    <w:rsid w:val="00AA1D8D"/>
    <w:rsid w:val="00B47730"/>
    <w:rsid w:val="00CB0664"/>
    <w:rsid w:val="00CE4737"/>
    <w:rsid w:val="00E24431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0971DBF"/>
  <w14:defaultImageDpi w14:val="300"/>
  <w15:docId w15:val="{8A6BB9EB-C8FC-49FB-8F56-F6FA2D2739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C693F"/>
    <w:rPr>
      <w:rFonts w:ascii="Arial" w:eastAsia="Arial" w:hAnsi="Arial"/>
      <w:color w:val="0F172A"/>
      <w:sz w:val="20"/>
    </w:rPr>
  </w:style>
  <w:style w:type="paragraph" w:styleId="Titre1">
    <w:name w:val="heading 1"/>
    <w:basedOn w:val="Normal"/>
    <w:next w:val="Normal"/>
    <w:link w:val="Titre1C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Cs w:val="20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E618BF"/>
  </w:style>
  <w:style w:type="paragraph" w:styleId="Pieddepage">
    <w:name w:val="footer"/>
    <w:basedOn w:val="Normal"/>
    <w:link w:val="PieddepageC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E618BF"/>
  </w:style>
  <w:style w:type="paragraph" w:styleId="Sansinterligne">
    <w:name w:val="No Spacing"/>
    <w:uiPriority w:val="1"/>
    <w:qFormat/>
    <w:rsid w:val="00FC693F"/>
    <w:pPr>
      <w:spacing w:after="0" w:line="240" w:lineRule="auto"/>
    </w:pPr>
  </w:style>
  <w:style w:type="character" w:customStyle="1" w:styleId="Titre1Car">
    <w:name w:val="Titre 1 Car"/>
    <w:basedOn w:val="Policepardfaut"/>
    <w:link w:val="Titre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re2Car">
    <w:name w:val="Titre 2 Car"/>
    <w:basedOn w:val="Policepardfaut"/>
    <w:link w:val="Titre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re3Car">
    <w:name w:val="Titre 3 Car"/>
    <w:basedOn w:val="Policepardfaut"/>
    <w:link w:val="Titre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re">
    <w:name w:val="Title"/>
    <w:basedOn w:val="Normal"/>
    <w:next w:val="Normal"/>
    <w:link w:val="TitreC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reCar">
    <w:name w:val="Titre Car"/>
    <w:basedOn w:val="Policepardfaut"/>
    <w:link w:val="Titr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ous-titreCar">
    <w:name w:val="Sous-titre Car"/>
    <w:basedOn w:val="Policepardfaut"/>
    <w:link w:val="Sous-titr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Paragraphedeliste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Corpsdetexte">
    <w:name w:val="Body Text"/>
    <w:basedOn w:val="Normal"/>
    <w:link w:val="CorpsdetexteCar"/>
    <w:uiPriority w:val="99"/>
    <w:unhideWhenUsed/>
    <w:rsid w:val="00AA1D8D"/>
    <w:pPr>
      <w:spacing w:after="120"/>
    </w:pPr>
  </w:style>
  <w:style w:type="character" w:customStyle="1" w:styleId="CorpsdetexteCar">
    <w:name w:val="Corps de texte Car"/>
    <w:basedOn w:val="Policepardfaut"/>
    <w:link w:val="Corpsdetexte"/>
    <w:uiPriority w:val="99"/>
    <w:rsid w:val="00AA1D8D"/>
  </w:style>
  <w:style w:type="paragraph" w:styleId="Corpsdetexte2">
    <w:name w:val="Body Text 2"/>
    <w:basedOn w:val="Normal"/>
    <w:link w:val="Corpsdetexte2Car"/>
    <w:uiPriority w:val="99"/>
    <w:unhideWhenUsed/>
    <w:rsid w:val="00AA1D8D"/>
    <w:pPr>
      <w:spacing w:after="120" w:line="480" w:lineRule="auto"/>
    </w:pPr>
  </w:style>
  <w:style w:type="character" w:customStyle="1" w:styleId="Corpsdetexte2Car">
    <w:name w:val="Corps de texte 2 Car"/>
    <w:basedOn w:val="Policepardfaut"/>
    <w:link w:val="Corpsdetexte2"/>
    <w:uiPriority w:val="99"/>
    <w:rsid w:val="00AA1D8D"/>
  </w:style>
  <w:style w:type="paragraph" w:styleId="Corpsdetexte3">
    <w:name w:val="Body Text 3"/>
    <w:basedOn w:val="Normal"/>
    <w:link w:val="Corpsdetexte3C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Corpsdetexte3Car">
    <w:name w:val="Corps de texte 3 Car"/>
    <w:basedOn w:val="Policepardfaut"/>
    <w:link w:val="Corpsdetexte3"/>
    <w:uiPriority w:val="99"/>
    <w:rsid w:val="00AA1D8D"/>
    <w:rPr>
      <w:sz w:val="16"/>
      <w:szCs w:val="16"/>
    </w:rPr>
  </w:style>
  <w:style w:type="paragraph" w:styleId="Liste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e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e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epuces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epuces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epuces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enumros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enumros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enumros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e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e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e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Textedemacro">
    <w:name w:val="macro"/>
    <w:link w:val="TextedemacroC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xtedemacroCar">
    <w:name w:val="Texte de macro Car"/>
    <w:basedOn w:val="Policepardfaut"/>
    <w:link w:val="Textedemacro"/>
    <w:uiPriority w:val="99"/>
    <w:rsid w:val="0029639D"/>
    <w:rPr>
      <w:rFonts w:ascii="Courier" w:hAnsi="Courier"/>
      <w:sz w:val="20"/>
      <w:szCs w:val="20"/>
    </w:rPr>
  </w:style>
  <w:style w:type="paragraph" w:styleId="Citation">
    <w:name w:val="Quote"/>
    <w:basedOn w:val="Normal"/>
    <w:next w:val="Normal"/>
    <w:link w:val="CitationCar"/>
    <w:uiPriority w:val="29"/>
    <w:qFormat/>
    <w:rsid w:val="00FC693F"/>
    <w:rPr>
      <w:i/>
      <w:iCs/>
      <w:color w:val="000000" w:themeColor="text1"/>
    </w:rPr>
  </w:style>
  <w:style w:type="character" w:customStyle="1" w:styleId="CitationCar">
    <w:name w:val="Citation Car"/>
    <w:basedOn w:val="Policepardfaut"/>
    <w:link w:val="Citation"/>
    <w:uiPriority w:val="29"/>
    <w:rsid w:val="00FC693F"/>
    <w:rPr>
      <w:i/>
      <w:iCs/>
      <w:color w:val="000000" w:themeColor="text1"/>
    </w:rPr>
  </w:style>
  <w:style w:type="character" w:customStyle="1" w:styleId="Titre4Car">
    <w:name w:val="Titre 4 Car"/>
    <w:basedOn w:val="Policepardfaut"/>
    <w:link w:val="Titre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itre5Car">
    <w:name w:val="Titre 5 Car"/>
    <w:basedOn w:val="Policepardfaut"/>
    <w:link w:val="Titre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itre6Car">
    <w:name w:val="Titre 6 Car"/>
    <w:basedOn w:val="Policepardfaut"/>
    <w:link w:val="Titre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itre7Car">
    <w:name w:val="Titre 7 Car"/>
    <w:basedOn w:val="Policepardfaut"/>
    <w:link w:val="Titre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itre8Car">
    <w:name w:val="Titre 8 Car"/>
    <w:basedOn w:val="Policepardfaut"/>
    <w:link w:val="Titre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Titre9Car">
    <w:name w:val="Titre 9 Car"/>
    <w:basedOn w:val="Policepardfaut"/>
    <w:link w:val="Titre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gende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lev">
    <w:name w:val="Strong"/>
    <w:basedOn w:val="Policepardfaut"/>
    <w:uiPriority w:val="22"/>
    <w:qFormat/>
    <w:rsid w:val="00FC693F"/>
    <w:rPr>
      <w:b/>
      <w:bCs/>
    </w:rPr>
  </w:style>
  <w:style w:type="character" w:styleId="Accentuation">
    <w:name w:val="Emphasis"/>
    <w:basedOn w:val="Policepardfaut"/>
    <w:uiPriority w:val="20"/>
    <w:qFormat/>
    <w:rsid w:val="00FC693F"/>
    <w:rPr>
      <w:i/>
      <w:iCs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FC693F"/>
    <w:rPr>
      <w:b/>
      <w:bCs/>
      <w:i/>
      <w:iCs/>
      <w:color w:val="4F81BD" w:themeColor="accent1"/>
    </w:rPr>
  </w:style>
  <w:style w:type="character" w:styleId="Emphaseple">
    <w:name w:val="Subtle Emphasis"/>
    <w:basedOn w:val="Policepardfaut"/>
    <w:uiPriority w:val="19"/>
    <w:qFormat/>
    <w:rsid w:val="00FC693F"/>
    <w:rPr>
      <w:i/>
      <w:iCs/>
      <w:color w:val="808080" w:themeColor="text1" w:themeTint="7F"/>
    </w:rPr>
  </w:style>
  <w:style w:type="character" w:styleId="Emphaseintense">
    <w:name w:val="Intense Emphasis"/>
    <w:basedOn w:val="Policepardfaut"/>
    <w:uiPriority w:val="21"/>
    <w:qFormat/>
    <w:rsid w:val="00FC693F"/>
    <w:rPr>
      <w:b/>
      <w:bCs/>
      <w:i/>
      <w:iCs/>
      <w:color w:val="4F81BD" w:themeColor="accent1"/>
    </w:rPr>
  </w:style>
  <w:style w:type="character" w:styleId="Rfrenceple">
    <w:name w:val="Subtle Reference"/>
    <w:basedOn w:val="Policepardfaut"/>
    <w:uiPriority w:val="31"/>
    <w:qFormat/>
    <w:rsid w:val="00FC693F"/>
    <w:rPr>
      <w:smallCaps/>
      <w:color w:val="C0504D" w:themeColor="accent2"/>
      <w:u w:val="single"/>
    </w:rPr>
  </w:style>
  <w:style w:type="character" w:styleId="Rfrenceintense">
    <w:name w:val="Intense Reference"/>
    <w:basedOn w:val="Policepardfau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Titredulivre">
    <w:name w:val="Book Title"/>
    <w:basedOn w:val="Policepardfaut"/>
    <w:uiPriority w:val="33"/>
    <w:qFormat/>
    <w:rsid w:val="00FC693F"/>
    <w:rPr>
      <w:b/>
      <w:bCs/>
      <w:smallCaps/>
      <w:spacing w:val="5"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rsid w:val="00FC693F"/>
    <w:pPr>
      <w:outlineLvl w:val="9"/>
    </w:pPr>
  </w:style>
  <w:style w:type="table" w:styleId="Grilledutableau">
    <w:name w:val="Table Grid"/>
    <w:basedOn w:val="Tableau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Ombrageclair">
    <w:name w:val="Light Shading"/>
    <w:basedOn w:val="Tableau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Trameclaire-Accent1">
    <w:name w:val="Light Shading Accent 1"/>
    <w:basedOn w:val="Tableau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Trameclaire-Accent2">
    <w:name w:val="Light Shading Accent 2"/>
    <w:basedOn w:val="Tableau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Trameclaire-Accent3">
    <w:name w:val="Light Shading Accent 3"/>
    <w:basedOn w:val="Tableau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Trameclaire-Accent4">
    <w:name w:val="Light Shading Accent 4"/>
    <w:basedOn w:val="Tableau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Trameclaire-Accent5">
    <w:name w:val="Light Shading Accent 5"/>
    <w:basedOn w:val="Tableau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Trameclaire-Accent6">
    <w:name w:val="Light Shading Accent 6"/>
    <w:basedOn w:val="Tableau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steclaire">
    <w:name w:val="Light List"/>
    <w:basedOn w:val="Tableau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steclaire-Accent1">
    <w:name w:val="Light List Accent 1"/>
    <w:basedOn w:val="Tableau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steclaire-Accent2">
    <w:name w:val="Light List Accent 2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steclaire-Accent3">
    <w:name w:val="Light List Accent 3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steclaire-Accent4">
    <w:name w:val="Light List Accent 4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steclaire-Accent5">
    <w:name w:val="Light List Accent 5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steclaire-Accent6">
    <w:name w:val="Light List Accent 6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Grilleclaire">
    <w:name w:val="Light Grid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Grilleclaire-Accent1">
    <w:name w:val="Light Grid Accent 1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Grilleclaire-Accent2">
    <w:name w:val="Light Grid Accent 2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Grilleclaire-Accent3">
    <w:name w:val="Light Grid Accent 3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Grilleclaire-Accent4">
    <w:name w:val="Light Grid Accent 4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Grilleclaire-Accent5">
    <w:name w:val="Light Grid Accent 5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Grilleclaire-Accent6">
    <w:name w:val="Light Grid Accent 6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Tramemoyenne1">
    <w:name w:val="Medium Shading 1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1">
    <w:name w:val="Medium Shading 1 Accent 1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2">
    <w:name w:val="Medium Shading 1 Accent 2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3">
    <w:name w:val="Medium Shading 1 Accent 3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4">
    <w:name w:val="Medium Shading 1 Accent 4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5">
    <w:name w:val="Medium Shading 1 Accent 5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6">
    <w:name w:val="Medium Shading 1 Accent 6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2">
    <w:name w:val="Medium Shading 2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1">
    <w:name w:val="Medium Shading 2 Accent 1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2">
    <w:name w:val="Medium Shading 2 Accent 2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3">
    <w:name w:val="Medium Shading 2 Accent 3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4">
    <w:name w:val="Medium Shading 2 Accent 4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5">
    <w:name w:val="Medium Shading 2 Accent 5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6">
    <w:name w:val="Medium Shading 2 Accent 6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Listemoyenne1">
    <w:name w:val="Medium List 1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Listemoyenne1-Accent1">
    <w:name w:val="Medium List 1 Accent 1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Listemoyenne1-Accent2">
    <w:name w:val="Medium List 1 Accent 2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Listemoyenne1-Accent3">
    <w:name w:val="Medium List 1 Accent 3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Listemoyenne1-Accent4">
    <w:name w:val="Medium List 1 Accent 4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Listemoyenne1-Accent5">
    <w:name w:val="Medium List 1 Accent 5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Listemoyenne1-Accent6">
    <w:name w:val="Medium List 1 Accent 6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Listemoyenne2">
    <w:name w:val="Medium List 2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1">
    <w:name w:val="Medium List 2 Accent 1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2">
    <w:name w:val="Medium List 2 Accent 2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3">
    <w:name w:val="Medium List 2 Accent 3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4">
    <w:name w:val="Medium List 2 Accent 4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5">
    <w:name w:val="Medium List 2 Accent 5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6">
    <w:name w:val="Medium List 2 Accent 6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rillemoyenne1">
    <w:name w:val="Medium Grid 1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llemoyenne1-Accent1">
    <w:name w:val="Medium Grid 1 Accent 1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llemoyenne1-Accent2">
    <w:name w:val="Medium Grid 1 Accent 2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llemoyenne1-Accent3">
    <w:name w:val="Medium Grid 1 Accent 3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llemoyenne1-Accent4">
    <w:name w:val="Medium Grid 1 Accent 4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llemoyenne1-Accent5">
    <w:name w:val="Medium Grid 1 Accent 5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llemoyenne1-Accent6">
    <w:name w:val="Medium Grid 1 Accent 6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Grillemoyenne2">
    <w:name w:val="Medium Grid 2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1">
    <w:name w:val="Medium Grid 2 Accent 1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2">
    <w:name w:val="Medium Grid 2 Accent 2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3">
    <w:name w:val="Medium Grid 2 Accent 3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4">
    <w:name w:val="Medium Grid 2 Accent 4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5">
    <w:name w:val="Medium Grid 2 Accent 5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6">
    <w:name w:val="Medium Grid 2 Accent 6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3">
    <w:name w:val="Medium Grid 3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Grillemoyenne3-Accent1">
    <w:name w:val="Medium Grid 3 Accent 1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Grillemoyenne3-Accent2">
    <w:name w:val="Medium Grid 3 Accent 2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Grillemoyenne3-Accent3">
    <w:name w:val="Medium Grid 3 Accent 3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Grillemoyenne3-Accent4">
    <w:name w:val="Medium Grid 3 Accent 4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Grillemoyenne3-Accent5">
    <w:name w:val="Medium Grid 3 Accent 5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Grillemoyenne3-Accent6">
    <w:name w:val="Medium Grid 3 Accent 6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Listefonce">
    <w:name w:val="Dark List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Listefonce-Accent1">
    <w:name w:val="Dark List Accent 1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Listefonce-Accent2">
    <w:name w:val="Dark List Accent 2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Listefonce-Accent3">
    <w:name w:val="Dark List Accent 3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Listefonce-Accent4">
    <w:name w:val="Dark List Accent 4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Listefonce-Accent5">
    <w:name w:val="Dark List Accent 5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Listefonce-Accent6">
    <w:name w:val="Dark List Accent 6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Tramecouleur">
    <w:name w:val="Colorful Shading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1">
    <w:name w:val="Colorful Shading Accent 1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2">
    <w:name w:val="Colorful Shading Accent 2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3">
    <w:name w:val="Colorful Shading Accent 3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Tramecouleur-Accent4">
    <w:name w:val="Colorful Shading Accent 4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5">
    <w:name w:val="Colorful Shading Accent 5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6">
    <w:name w:val="Colorful Shading Accent 6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Listecouleur">
    <w:name w:val="Colorful List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ecouleur-Accent1">
    <w:name w:val="Colorful List Accent 1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Listecouleur-Accent2">
    <w:name w:val="Colorful List Accent 2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Listecouleur-Accent3">
    <w:name w:val="Colorful List Accent 3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Listecouleur-Accent4">
    <w:name w:val="Colorful List Accent 4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stecouleur-Accent5">
    <w:name w:val="Colorful List Accent 5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Listecouleur-Accent6">
    <w:name w:val="Colorful List Accent 6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Grillecouleur">
    <w:name w:val="Colorful Grid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llecouleur-Accent1">
    <w:name w:val="Colorful Grid Accent 1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llecouleur-Accent2">
    <w:name w:val="Colorful Grid Accent 2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llecouleur-Accent3">
    <w:name w:val="Colorful Grid Accent 3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llecouleur-Accent4">
    <w:name w:val="Colorful Grid Accent 4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llecouleur-Accent5">
    <w:name w:val="Colorful Grid Accent 5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llecouleur-Accent6">
    <w:name w:val="Colorful Grid Accent 6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2B19B06E-E14E-4B8B-BE5E-CCC306397E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93</Words>
  <Characters>517</Characters>
  <Application>Microsoft Office Word</Application>
  <DocSecurity>0</DocSecurity>
  <Lines>4</Lines>
  <Paragraphs>1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609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cp:lastModifiedBy>solvance</cp:lastModifiedBy>
  <cp:revision>2</cp:revision>
  <dcterms:created xsi:type="dcterms:W3CDTF">2026-07-06T06:32:00Z</dcterms:created>
  <dcterms:modified xsi:type="dcterms:W3CDTF">2026-07-06T06:32:00Z</dcterms:modified>
  <cp:category/>
</cp:coreProperties>
</file>